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Образ Мартовского зайца как символ абсурда и социальной критики в Алисе</w:t>
      </w:r>
    </w:p>
    <w:p>
      <w:pPr>
        <w:spacing w:line="360" w:lineRule="auto" w:before="120" w:after="120"/>
        <w:ind w:firstLine="706"/>
        <w:jc w:val="both"/>
      </w:pPr>
      <w:r>
        <w:t>Литературные персонажи Льюиса Кэрролла, созданные в «Алисе в стране чудес», давно стали объектом пристального внимания исследователей, стремящихся раскрыть их символическое и философское значение. Среди них Мартовский заяц занимает особое место благодаря своей парадоксальной природе и роли в развитии повествования. Его поведение, наполненное абсурдом и непредсказуемостью, отражает не только особенности викторианской эпохи, но и более широкие вопросы о границах разума, нормы и безумия. Анализируя образ Мартовского зайца, можно выявить, каким образом этот персонаж становится воплощением абсурдности окружающего мира и способствует раскрытию ключевых тем произведения, связанных с относительностью логики и условностью социальных правил.</w:t>
      </w:r>
    </w:p>
    <w:p>
      <w:pPr>
        <w:spacing w:line="360" w:lineRule="auto" w:before="120" w:after="120"/>
        <w:ind w:firstLine="706"/>
        <w:jc w:val="both"/>
      </w:pPr>
      <w:r>
        <w:t>Мартовский заяц в «Алисе в стране чудес» выступает ярким воплощением абсурда, который пронизывает всю атмосферу произведения Льюиса Кэрролла. Его поведение, лишённое логики и последовательности, нарушает привычные законы реальности и подрывает ожидания читателя относительно рациональности персонажей. Абсурдность Заца проявляется не только в его эксцентричных поступках — например, в безумном чаепитии, где время остановилось, а гости вынуждены бесконечно перемещаться вокруг стола, — но и в его речи, полной нелепых утверждений и парадоксальных замечаний. Такое изображение персонажа становится не просто элементом фантастического мира, а способом подчеркнуть относительность и искусственность социальных норм, которые в викторианской Англии воспринимались как незыблемые. В качестве примера можно привести сцену чаепития, где Мартовский заяц вместе с Безумным Шляпником и Соней игнорируют все правила вежливости и этикета, превращая традиционный ритуал в хаотичное и бессмысленное действо. Эта сцена, по мнению исследователей, таких как Джилл Баркер, иллюстрирует, как Кэрролл использует абсурд для демонстрации ограниченности и условности социальных обычаев своего времени. Таким образом, Мартовский заяц не только усиливает атмосферу абсурда в книге, но и становится инструментом критики викторианских норм, что напрямую связано с главным тезисом о его роли как проводника сатирического взгляда на общество.</w:t>
      </w:r>
    </w:p>
    <w:p>
      <w:pPr>
        <w:spacing w:line="360" w:lineRule="auto" w:before="120" w:after="120"/>
        <w:ind w:firstLine="706"/>
        <w:jc w:val="both"/>
      </w:pPr>
      <w:r>
        <w:t>Сатирическая функция Мартовского зайца проявляется в том, что его поведение и реплики высмеивают условности и ритуалы викторианского общества, обнажая их нелепость и внутренние противоречия. В сцене безумного чаепития Заяц, наряду с Шляпником, демонстрирует абсурдность строгости этикета: несмотря на кажущуюся вежливость, участники чаепития игнорируют логику и здравый смысл, постоянно меняют места за столом и ведут разговоры, лишённые последовательности. Подобная пародия на светские собрания и бесконечные церемонии отражает критику Льюиса Кэрролла в адрес социальных норм, где форма зачастую подменяет содержание. Исторически известно, что в викторианской Англии чайные церемонии были не просто бытовым ритуалом, а важным элементом социальной жизни, где соблюдение правил считалось показателем воспитанности и статуса. Однако чрезмерное следование этим нормам нередко приводило к лицемерию и формализму, что отмечали и современники Кэрролла, в частности, в письмах и мемуарах представителей среднего класса. Таким образом, Мартовский заяц становится не только символом абсурда, но и сатирическим инструментом, позволяющим автору вскрыть и высмеять избыточную регламентированность и показную вежливость викторианской эпохи, что напрямую поддерживает основной тезис о его критической функции в романе.</w:t>
      </w:r>
    </w:p>
    <w:p>
      <w:pPr>
        <w:spacing w:line="360" w:lineRule="auto" w:before="120" w:after="120"/>
        <w:ind w:firstLine="706"/>
        <w:jc w:val="both"/>
      </w:pPr>
      <w:r>
        <w:t>Образ Мартовского зайца оказывает на читателя двойственное воздействие: с одной стороны, он вызывает ощущение абсурдности происходящего, а с другой — побуждает задуматься о нелепости и условности социальных норм. Такое влияние объясняется тем, что поведение Зайца, его нелогичные реплики и эксцентричные поступки не только нарушают привычные рамки вежливости и рациональности, но и высвечивают искусственность многих правил, регулирующих общественную жизнь. В викторианской Англии, где ценились сдержанность, регламентированность и следование этикету, появление персонажа, который демонстративно игнорирует эти ожидания, производило эффект разрыва шаблонов. Например, в сцене безумного чаепития Мартовский заяц вместе с Шляпником постоянно меняют места, перебивают друг друга и задают бессмысленные вопросы, тем самым пародируя ритуализированные светские беседы и показывая их внутреннюю пустоту. Этот эпизод стал предметом анализа в работах литературоведов, таких как Хью Хаутинг, который отмечал, что сцена чаепития служит сатирой на викторианские манеры и демонстрирует, как абсурд может разоблачать лицемерие социальных ритуалов. Таким образом, контакт с образом Мартовского зайца не только развлекает, но и стимулирует критическое отношение к привычным нормам, позволяя читателю взглянуть на общественные устои со стороны и усомниться в их непреложности, что напрямую соотносится с критической функцией персонажа в романе Кэрролла.</w:t>
      </w:r>
    </w:p>
    <w:p>
      <w:pPr>
        <w:spacing w:line="360" w:lineRule="auto" w:before="120" w:after="120"/>
        <w:ind w:firstLine="706"/>
        <w:jc w:val="both"/>
      </w:pPr>
      <w:r>
        <w:t>Образ Мартовского зайца в «Алисе в стране чудес» оказывается гораздо глубже, чем просто эксцентричный спутник главной героини: его поведение и реплики становятся своеобразным зеркалом, в котором отражается нелепость и противоречивость устоявшихся порядков викторианской эпохи. Через абсурдные поступки персонажа Кэрролл не только разрушает привычные логические связи, но и высмеивает условности, которые казались незыблемыми для современников. Сатирическая природа Мартовского зайца позволяет автору вскрыть скрытые механизмы общественной жизни, а его воздействие на читателя заключается в пробуждении критического взгляда на окружающую действительность. Благодаря такому подходу образ Мартовского зайца сохраняет актуальность, продолжая вдохновлять на переосмысление социальных норм и границ допустимого в культуре и обществе.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