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Роль маркшейдерских работ в обеспечении безопасности подъемных комплексов</w:t>
      </w:r>
    </w:p>
    <w:p>
      <w:pPr>
        <w:spacing w:line="360" w:lineRule="auto" w:before="120" w:after="120"/>
        <w:ind w:firstLine="706"/>
        <w:jc w:val="both"/>
      </w:pPr>
      <w:r>
        <w:t>Современное горнодобывающее производство предъявляет высокие требования к безопасности и эффективности эксплуатации подъемных комплексов, являющихся ключевыми объектами инфраструктуры шахт. Надежность функционирования этих систем напрямую зависит от точности пространственного положения оборудования, что обусловливает необходимость регулярного проведения маркшейдерских работ. В условиях постоянного воздействия динамических нагрузок, деформаций горных пород и технологических изменений особую значимость приобретают методы контроля, обеспечивающие своевременное выявление отклонений и предотвращение аварийных ситуаций. Таким образом, маркшейдерские работы при проверке подъемных комплексов выступают неотъемлемым элементом системы промышленной безопасности и гарантии устойчивой работы горных предприятий.</w:t>
      </w:r>
    </w:p>
    <w:p>
      <w:pPr>
        <w:spacing w:line="360" w:lineRule="auto" w:before="120" w:after="120"/>
        <w:ind w:firstLine="706"/>
        <w:jc w:val="both"/>
      </w:pPr>
      <w:r>
        <w:t>Точность маркшейдерских измерений выступает фундаментальным условием для обеспечения безопасности подъемных комплексов на горнодобывающих предприятиях. Малейшие отклонения в определении пространственного положения стволов, направляющих и оборудования могут привести к аварийным ситуациям, угрожающим жизни персонала и сохранности дорогостоящей техники. Высокоточные маркшейдерские работы позволяют своевременно выявлять деформации, смещения или просадки конструкций, что критически важно для предотвращения несчастных случаев и поддержания бесперебойной работы комплекса. Ярким примером последствий недостаточного внимания к точности измерений служит авария на шахте «Ульяновская» в Кемеровской области в 2007 году, когда вследствие нарушения контроля за состоянием горных выработок и несвоевременного обнаружения деформаций произошло обрушение, повлекшее многочисленные человеческие жертвы и значительный экономический ущерб. Анализ этого происшествия показал, что недостаточная точность и нерегулярность маркшейдерских работ стали одной из причин катастрофы. Таким образом, именно тщательный и регулярный маркшейдерский контроль, основанный на современных методах измерений, становится залогом безопасности эксплуатации подъемных комплексов и подтверждает ключевую роль маркшейдерии в горной промышленности.</w:t>
      </w:r>
    </w:p>
    <w:p>
      <w:pPr>
        <w:spacing w:line="360" w:lineRule="auto" w:before="120" w:after="120"/>
        <w:ind w:firstLine="706"/>
        <w:jc w:val="both"/>
      </w:pPr>
      <w:r>
        <w:t>Влияние маркшейдерских работ на эксплуатационную надежность подъемных комплексов проявляется прежде всего в своевременном выявлении и предотвращении деформаций, способных привести к аварийным ситуациям. Регулярный маркшейдерский контроль позволяет отслеживать малейшие изменения в положении ствола шахты, направляющих и подъемных сосудов, что критически важно для поддержания стабильной работы всего комплекса. Благодаря точным измерениям и анализу данных специалисты могут оперативно выявлять отклонения от проектных параметров, оценивать динамику изменений и принимать меры по устранению потенциальных угроз. Ярким примером значимости маркшейдерских работ служит опыт Кузбасса, где в 2014 году на одной из шахт благодаря регулярному контролю были своевременно обнаружены смещения крепи и ствола, вызванные горными ударами. Это позволило предотвратить развитие аварийной ситуации, провести необходимые ремонтные работы и избежать остановки подъемного комплекса, что в условиях непрерывного производственного цикла имеет решающее значение для безопасности и экономической эффективности предприятия. Таким образом, маркшейдерские работы не только способствуют поддержанию эксплуатационной надежности подъемных комплексов, но и служат важнейшим элементом системы предупреждения аварий, напрямую влияя на безопасность и устойчивость горнодобывающего производства.</w:t>
      </w:r>
    </w:p>
    <w:p>
      <w:pPr>
        <w:spacing w:line="360" w:lineRule="auto" w:before="120" w:after="120"/>
        <w:ind w:firstLine="706"/>
        <w:jc w:val="both"/>
      </w:pPr>
      <w:r>
        <w:t>Внедрение инновационных методов в маркшейдерских работах при проверке подъемных комплексов существенно повышает уровень безопасности и оптимизирует производственные процессы. Использование современных технологий, таких как лазерное сканирование, автоматизированные геодезические системы и цифровое моделирование, позволяет получать более точные и оперативные данные о состоянии оборудования и окружающих горных выработок. Это, в свою очередь, способствует своевременному выявлению деформаций, отклонений и потенциальных угроз, минимизируя риск аварий и простоев. Ярким примером эффективности инновационных подходов служит опыт компании «Норильский никель», где внедрение лазерного сканирования стволов шахт позволило снизить количество внеплановых остановок подъемных установок на 30% в течение первого года эксплуатации новой технологии (по данным корпоративного отчета за 2022 год). Такой результат был достигнут благодаря более раннему обнаружению критических изменений в геометрии стволов и оперативному принятию мер по их устранению. Таким образом, интеграция инновационных методов в маркшейдерские работы не только подтверждает их ключевую роль в обеспечении безопасности подъемных комплексов, но и демонстрирует значительный вклад в повышение эффективности горнодобывающего производства в целом.</w:t>
      </w:r>
    </w:p>
    <w:p>
      <w:pPr>
        <w:spacing w:line="360" w:lineRule="auto" w:before="120" w:after="120"/>
        <w:ind w:firstLine="706"/>
        <w:jc w:val="both"/>
      </w:pPr>
      <w:r>
        <w:t>Роль маркшейдерских работ в проверке подъемных комплексов выходит далеко за пределы технической процедуры, формируя фундамент для безопасной и устойчивой эксплуатации горных предприятий. Высокая точность измерений предотвращает возникновение аварийных ситуаций, минимизируя риски для персонала и оборудования. Надежность функционирования подъемных комплексов напрямую зависит от регулярного маркшейдерского контроля, который позволяет своевременно выявлять отклонения и поддерживать оптимальное состояние всех элементов системы. Внедрение инновационных методов измерений и анализа не только повышает эффективность работ, но и открывает новые возможности для совершенствования производственных процессов. Системное развитие маркшейдерских технологий и их интеграция в эксплуатацию подъемных комплексов становится залогом дальнейшего повышения безопасности и эффективности горнодобывающей отрасли.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