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Платон и истоки тоталитаризма в политической философии</w:t>
      </w:r>
    </w:p>
    <w:p>
      <w:pPr>
        <w:spacing w:line="360" w:lineRule="auto" w:before="120" w:after="120"/>
        <w:ind w:firstLine="706"/>
        <w:jc w:val="both"/>
      </w:pPr>
      <w:r>
        <w:t>В истории политической мысли фигура Платона занимает особое место, поскольку его философские трактаты не только оказали влияние на последующие поколения мыслителей, но и породили многочисленные споры относительно сущности идеального государства. В частности, концепция государственного устройства, изложенная в «Государстве» и ряде других диалогов, неоднократно становилась предметом критики за проявление черт, схожих с тоталитаризмом: строгая иерархия, контроль над воспитанием и образованием граждан, ограничение индивидуальных свобод ради общего блага. В связи с этим возникает необходимость рассмотреть, насколько справедливо считать Платона автором теории тоталитарного государства. В качестве тезиса можно утверждать, что платоновская модель государства действительно содержит элементы, интерпретируемые как предтеча тоталитарных идей, однако подобное утверждение требует внимательного анализа философских оснований и целей, заложенных в его учении.</w:t>
      </w:r>
    </w:p>
    <w:p>
      <w:pPr>
        <w:spacing w:line="360" w:lineRule="auto" w:before="120" w:after="120"/>
        <w:ind w:firstLine="706"/>
        <w:jc w:val="both"/>
      </w:pPr>
      <w:r>
        <w:t>Платон по праву считается одним из первых мыслителей, предложивших концепцию тотального контроля государства над жизнью граждан. В «Государстве» он выстраивает модель идеального полиса, в котором все сферы человеческой деятельности — от образования и воспитания до распределения собственности и брака — подчинены строгому регламенту, определяемому философами-правителями. Такая система предполагает не только жесткую иерархию, но и практически полное подчинение частных интересов общественному благу, что выражается в идее «общности» жён, детей и имущества для высших сословий. Наиболее ярко принцип тотального контроля проявляется в предписаниях по формированию и надзору за моралью граждан: платон предлагает ограничить доступ к определённым видам поэзии, музыки и даже мифологии, чтобы исключить вредное влияние на умы молодежи. Подобная практика получила отражение в истории, например, в системе спартанского воспитания, где государство с ранних лет контролировало обучение, быт и даже личную жизнь граждан, формируя из них послушных и преданных полису воинов. Этот пример иллюстрирует, как идеи Платона о всеобъемлющем контроле государства над индивидом нашли отклик в реальных общественных институтах, хотя и не были реализованы в полной мере. Таким образом, Платон действительно заложил основы теории тотального контроля, однако его концепция отличалась от современных форм тоталитаризма как по целям, так и по средствам их достижения.</w:t>
      </w:r>
    </w:p>
    <w:p>
      <w:pPr>
        <w:spacing w:line="360" w:lineRule="auto" w:before="120" w:after="120"/>
        <w:ind w:firstLine="706"/>
        <w:jc w:val="both"/>
      </w:pPr>
      <w:r>
        <w:t>Несмотря на то что в трудах Платона, прежде всего в «Государстве», прослеживаются черты, которые впоследствии стали ассоциироваться с тоталитаризмом, его политический идеал принципиально отличается от современных форм тоталитарного государства. Ключевое различие заключается в целях и мотивации: платон выстраивает модель общества, где власть философов-правителей направлена на достижение общего блага и справедливости, а не на укрепление личной власти или подавление индивидуальности ради идеологического единства. В платоновской системе государство подчиняет частные интересы граждан высшей цели — гармонии и добродетели, однако это подчинение обусловлено убеждением в возможности воспитания нравственно совершенного человека, а не страхом и репрессиями. Для сравнения, в XX веке тоталитарные режимы, такие как сталинский СССР или нацистская Германия, строились на массовом контроле, насилии и манипуляции сознанием, где государственная власть стремилась не к философскому идеалу справедливости, а к абсолютному подчинению общества политическим целям и сохранению режима. Например, в сталинском Советском Союзе государственная идеология проникала во все сферы жизни, а инакомыслие жестоко подавлялось, что резко контрастирует с платоновским акцентом на воспитании граждан и поиске истины. Таким образом, хотя Платон действительно заложил основы концепции сильной государственной власти, его проект нельзя отождествлять с практиками тоталитарных режимов XX века, поскольку их сущностные установки и методы радикально различаются.</w:t>
      </w:r>
    </w:p>
    <w:p>
      <w:pPr>
        <w:spacing w:line="360" w:lineRule="auto" w:before="120" w:after="120"/>
        <w:ind w:firstLine="706"/>
        <w:jc w:val="both"/>
      </w:pPr>
      <w:r>
        <w:t>Платоновская модель государства оказала значительное влияние на развитие политической мысли, став отправной точкой для размышлений о соотношении власти, справедливости и устройства общества. Идея строгой иерархии, подчинения частных интересов общему благу, а также концепция правления философов как носителей высшего знания были восприняты и переосмыслены в различных исторических и идеологических контекстах. В частности, в эпоху Просвещения и Нового времени к платоновской концепции обращались как сторонники авторитарных моделей, так и их критики: например, в «Государстве» Платона Томас Мор увидел прообраз утопического общества, а Карл Поппер в работе «Открытое общество и его враги» подверг платоновскую модель резкой критике, считая её предтечей тоталитарных режимов XX века. Поппер указывал, что платоновское государство с его кастовой системой, контролем над воспитанием и искусством, а также пренебрежением к индивидуальной свободе, во многом напоминает идеологию современных тоталитарных государств, таких как сталинский СССР или нацистская Германия. Однако подобные интерпретации не учитывают специфики античной философии и культурного контекста, в котором формировались идеи Платона. Его концепция идеального государства была скорее философским экспериментом, чем политической программой, и не предполагала массового террора или тотального контроля над всеми аспектами жизни, характерных для тоталитаризма XX века. Таким образом, влияние платоновской модели на последующую политическую мысль неоспоримо, однако прямое отождествление её с современными тоталитарными режимами является методологически некорректным и требует более взвешенного подхода.</w:t>
      </w:r>
    </w:p>
    <w:p>
      <w:pPr>
        <w:spacing w:line="360" w:lineRule="auto" w:before="120" w:after="120"/>
        <w:ind w:firstLine="706"/>
        <w:jc w:val="both"/>
      </w:pPr>
      <w:r>
        <w:t>Платоновский проект идеального государства, выстроенный на принципах строгой иерархии, подчинения частных интересов общему благу и всестороннего контроля над жизнью граждан, безусловно, заложил основы для последующих размышлений о возможностях тотального управления обществом. Однако анализ ключевых положений платоновской политической философии показывает, что его концепция существенно отличается от современных тоталитарных режимов как по целям, так и по средствам их достижения: если для Платона высшей ценностью выступает справедливость и гармония, то в XX веке тоталитаризм часто опирался на насилие и идеологическую унификацию. Несмотря на это, влияние идей Платона на развитие политической мысли остаётся значительным: его модель государства продолжает служить отправной точкой для дискуссий о границах власти и допустимости вмешательства государства в частную жизнь. Осмысление платоновского наследия позволяет не только точнее понимать истоки тоталитарных тенденций, но и критически оценивать современные формы политической организации, что сохраняет актуальность его философии для будущих поколений.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